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 w:val="0"/>
          <w:color w:val="777777"/>
          <w:sz w:val="18"/>
        </w:rPr>
        <w:t>СЦЕНА-ГРУПП   ·   scena-group.ru   ·   info@scena-group.ru</w:t>
      </w:r>
    </w:p>
    <w:p>
      <w:pPr>
        <w:spacing w:after="80"/>
      </w:pPr>
      <w:r>
        <w:rPr>
          <w:b/>
          <w:sz w:val="36"/>
        </w:rPr>
        <w:t>Опросный лист для оснащения актового зала</w:t>
      </w:r>
    </w:p>
    <w:p>
      <w:pPr>
        <w:spacing w:after="160"/>
      </w:pPr>
      <w:r>
        <w:rPr>
          <w:b w:val="0"/>
          <w:sz w:val="20"/>
        </w:rPr>
        <w:t>E-mail: info@scena-group.ru</w:t>
      </w:r>
    </w:p>
    <w:p>
      <w:pPr>
        <w:spacing w:after="80"/>
      </w:pPr>
      <w:r>
        <w:rPr>
          <w:b w:val="0"/>
        </w:rPr>
        <w:t>Заполните опросный лист, если у вас пока нет технического задания. По ответам инженер определит состав работ, подготовит предварительную спецификацию, смету и сроки монтажа под ключ.</w:t>
      </w:r>
    </w:p>
    <w:p>
      <w:pPr>
        <w:spacing w:after="120"/>
      </w:pPr>
      <w:r>
        <w:rPr>
          <w:b w:val="0"/>
          <w:color w:val="555555"/>
          <w:sz w:val="19"/>
        </w:rPr>
        <w:t>* — обязательные поля. Размеры указывайте в метрах. Варианты отмечайте знаком «X» или выделяйте цветом.</w:t>
      </w:r>
    </w:p>
    <w:p>
      <w:pPr>
        <w:spacing w:after="120" w:before="240"/>
      </w:pPr>
      <w:r>
        <w:rPr>
          <w:b/>
          <w:color w:val="2E9E40"/>
          <w:sz w:val="26"/>
        </w:rPr>
        <w:t>1. Общие 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Название организации*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Контактное лицо: ФИО, должность, телефон, e-mail*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Тип учреждения*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Школа    ☐ Лицей, гимназия    ☐ Колледж, техникум    ☐ Вуз    ☐ Другое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Адрес объекта*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Порядок закупки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44-ФЗ    ☐ 223-ФЗ    ☐ Прямой договор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Желаемый срок сдачи зала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Ориентировочный бюджет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</w:tbl>
    <w:p>
      <w:pPr>
        <w:spacing w:after="120" w:before="240"/>
      </w:pPr>
      <w:r>
        <w:rPr>
          <w:b/>
          <w:color w:val="2E9E40"/>
          <w:sz w:val="26"/>
        </w:rPr>
        <w:t>2. Зал и сцена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Размеры зала: длина × ширина × высота*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Количество мест*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Форма зала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Ровный пол    ☐ Амфитеатр    ☐ Есть балкон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Размеры сцены: ширина × глубина × высота подиума*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Зеркало сцены: ширина × высота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Отделка стен и потолка (штукатурка, панели, подвесной потолок и т.п.)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Помещение для пульта или аппаратная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Есть    ☐ Нет    ☐ Пульт в зале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Состояние помещения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Действующий зал    ☐ Ремонт    ☐ Новое строительство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Чертежи или план зала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Есть, приложим    ☐ Нет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Выделенная электрическая мощность для сцены, кВт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</w:tbl>
    <w:p>
      <w:pPr>
        <w:spacing w:after="120" w:before="240"/>
      </w:pPr>
      <w:r>
        <w:rPr>
          <w:b/>
          <w:color w:val="2E9E40"/>
          <w:sz w:val="26"/>
        </w:rPr>
        <w:t>3. Мероприятия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Какие события проводите в зале*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Линейки, собрания    ☐ Концерты    ☐ Спектакли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/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Конференции, защиты    ☐ Кинопоказы    ☐ Трансляции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Как часто проходят мероприятия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Кто управляет техникой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Педагог    ☐ Звукорежиссёр    ☐ Студенты, ученики</w:t>
            </w:r>
          </w:p>
        </w:tc>
      </w:tr>
    </w:tbl>
    <w:p>
      <w:pPr>
        <w:spacing w:after="120" w:before="240"/>
      </w:pPr>
      <w:r>
        <w:rPr>
          <w:b/>
          <w:color w:val="2E9E40"/>
          <w:sz w:val="26"/>
        </w:rPr>
        <w:t>4. Что требуется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Состав работ*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Оснащение под ключ    ☐ Модернизация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Системы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Звук    ☐ Свет    ☐ Одежда сцены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/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Механика сцены    ☐ Видеопроекция, экран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/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Конференц-система, синхроперевод    ☐ Видеозапись, трансляция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Оборудование, которое планируете сохранить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Нужны ли проект и техническое задание для закупки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Да    ☐ Нет, ТЗ есть</w:t>
            </w:r>
          </w:p>
        </w:tc>
      </w:tr>
    </w:tbl>
    <w:p>
      <w:pPr>
        <w:spacing w:after="120" w:before="240"/>
      </w:pPr>
      <w:r>
        <w:rPr>
          <w:b/>
          <w:color w:val="2E9E40"/>
          <w:sz w:val="26"/>
        </w:rPr>
        <w:t>5. Особенности</w:t>
      </w:r>
    </w:p>
    <w:p>
      <w:pPr>
        <w:spacing w:after="80"/>
      </w:pPr>
      <w:r>
        <w:rPr>
          <w:b w:val="0"/>
          <w:sz w:val="20"/>
        </w:rPr>
        <w:t>Опишите задачи и пожелания: особые мероприятия, требования к дизайну одежды сцены, ограничения по монтажу, график доступа на объект.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/>
        </w:trPr>
        <w:tc>
          <w:tcPr>
            <w:tcW w:type="dxa" w:w="9638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before="200"/>
      </w:pPr>
      <w:r>
        <w:rPr>
          <w:b/>
        </w:rPr>
        <w:t>Заполненный опросный лист отправьте на info@scena-group.ru. Инженер свяжется с вами в течение рабочего дня.</w:t>
      </w:r>
    </w:p>
    <w:p>
      <w:r>
        <w:rPr>
          <w:b w:val="0"/>
          <w:sz w:val="20"/>
        </w:rPr>
        <w:t>Приложите фото зала и сцены: так расчёт будет точнее.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