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 w:val="0"/>
          <w:color w:val="777777"/>
          <w:sz w:val="18"/>
        </w:rPr>
        <w:t>СЦЕНА-ГРУПП   ·   scena-group.ru   ·   info@scena-group.ru</w:t>
      </w:r>
    </w:p>
    <w:p>
      <w:pPr>
        <w:spacing w:after="80"/>
      </w:pPr>
      <w:r>
        <w:rPr>
          <w:b/>
          <w:sz w:val="36"/>
        </w:rPr>
        <w:t>Опросный лист для оснащения дома культуры</w:t>
      </w:r>
    </w:p>
    <w:p>
      <w:pPr>
        <w:spacing w:after="160"/>
      </w:pPr>
      <w:r>
        <w:rPr>
          <w:b w:val="0"/>
          <w:sz w:val="20"/>
        </w:rPr>
        <w:t>E-mail: info@scena-group.ru</w:t>
      </w:r>
    </w:p>
    <w:p>
      <w:pPr>
        <w:spacing w:after="80"/>
      </w:pPr>
      <w:r>
        <w:rPr>
          <w:b w:val="0"/>
        </w:rPr>
        <w:t>Заполните опросный лист, если у вас пока нет технического задания. По ответам инженер определит состав работ, подготовит предварительную спецификацию, смету и сроки монтажа под ключ.</w:t>
      </w:r>
    </w:p>
    <w:p>
      <w:pPr>
        <w:spacing w:after="120"/>
      </w:pPr>
      <w:r>
        <w:rPr>
          <w:b w:val="0"/>
          <w:color w:val="555555"/>
          <w:sz w:val="19"/>
        </w:rPr>
        <w:t>* — обязательные поля. Размеры указывайте в метрах. Варианты отмечайте знаком «X» или выделяйте цветом.</w:t>
      </w:r>
    </w:p>
    <w:p>
      <w:pPr>
        <w:spacing w:after="120" w:before="240"/>
      </w:pPr>
      <w:r>
        <w:rPr>
          <w:b/>
          <w:color w:val="2E9E40"/>
          <w:sz w:val="26"/>
        </w:rPr>
        <w:t>1. Общие 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Название организации*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Контактное лицо: ФИО, должность, телефон, e-mail*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Тип учреждения*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>
              <w:t>☐ Сельский ДК, клуб    ☐ Районный ДК    ☐ Городской ДК, дворец культуры    ☐ Другое</w:t>
            </w: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Адрес объекта*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Порядок закупки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44-ФЗ    ☐ 223-ФЗ    ☐ Прямой договор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Желаемый срок сдачи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Ориентировочный бюджет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2. Зал и сцена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Размеры зала: длина × ширина × высота*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Количество мест*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Форма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Ровный пол    ☐ Амфитеатр    ☐ Есть балкон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Размеры сцены: ширина × глубина × высота подиума*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Зеркало сцены: ширина × высота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Отделка стен и потолка (штукатурка, панели, подвесной потолок и т.п.)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Помещение для пульта или аппаратная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Есть    ☐ Нет    ☐ Пульт в зале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Состояние помещения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Действующий зал    ☐ Ремонт    ☐ Новое строительство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Чертежи или план зала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Есть, приложим    ☐ Нет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Выделенная электрическая мощность для сцены, кВт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3. Мероприятия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Какие события проводите в зале*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>
              <w:t>☐ Концерты, фестивали    ☐ Спектакли    ☐ Кинопоказы</w:t>
            </w: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>
              <w:t>☐ Праздники, собрания    ☐ Занятия кружков    ☐ Трансляции</w:t>
            </w: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Как часто проходят мероприятия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Кто управляет техникой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>
              <w:t>☐ Звукорежиссёр    ☐ Художник по свету    ☐ Сотрудник ДК без опыта</w:t>
            </w:r>
            <w:r/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4. Что требуется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Состав работ*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Оснащение под ключ    ☐ Модернизация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Системы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Звук    ☐ Свет    ☐ Одежда сцены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Механика сцены    ☐ Видеопроекция, экран</w:t>
            </w:r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/>
          </w:p>
        </w:tc>
        <w:tc>
          <w:tcPr>
            <w:tcW w:type="dxa" w:w="5556"/>
          </w:tcPr>
          <w:p>
            <w:pPr>
              <w:spacing w:after="60" w:before="60"/>
            </w:pPr>
            <w:r>
              <w:t>☐ Кинопроекция    ☐ Видеозапись, трансляция</w:t>
            </w: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Оборудование, которое планируете сохранить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082"/>
            <w:shd w:val="clear" w:color="auto" w:fill="F2F2F2"/>
          </w:tcPr>
          <w:p>
            <w:pPr>
              <w:spacing w:after="60" w:before="60"/>
            </w:pPr>
            <w:r/>
            <w:r>
              <w:t>Нужны ли проект и техническое задание для закупки</w:t>
            </w:r>
          </w:p>
        </w:tc>
        <w:tc>
          <w:tcPr>
            <w:tcW w:type="dxa" w:w="5556"/>
          </w:tcPr>
          <w:p>
            <w:pPr>
              <w:spacing w:after="60" w:before="60"/>
            </w:pPr>
            <w:r/>
            <w:r>
              <w:t>☐ Да    ☐ Нет, ТЗ есть</w:t>
            </w:r>
          </w:p>
        </w:tc>
      </w:tr>
    </w:tbl>
    <w:p>
      <w:pPr>
        <w:spacing w:after="120" w:before="240"/>
      </w:pPr>
      <w:r>
        <w:rPr>
          <w:b/>
          <w:color w:val="2E9E40"/>
          <w:sz w:val="26"/>
        </w:rPr>
        <w:t>5. Особенности</w:t>
      </w:r>
    </w:p>
    <w:p>
      <w:pPr>
        <w:spacing w:after="80"/>
      </w:pPr>
      <w:r>
        <w:rPr>
          <w:b w:val="0"/>
          <w:sz w:val="20"/>
        </w:rPr>
        <w:t>Опишите задачи и пожелания: фестивали и гастроли, требования к дизайну одежды сцены, ограничения по монтажу, график доступа на объект.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before="200"/>
      </w:pPr>
      <w:r>
        <w:rPr>
          <w:b/>
        </w:rPr>
        <w:t>Заполненный опросный лист отправьте на info@scena-group.ru. Инженер свяжется с вами в течение рабочего дня.</w:t>
      </w:r>
    </w:p>
    <w:p>
      <w:r>
        <w:rPr>
          <w:b w:val="0"/>
          <w:sz w:val="20"/>
        </w:rPr>
        <w:t>Приложите фото зала, сцены и колосников: так расчёт будет точнее.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